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17E34" w14:textId="76955FD7" w:rsidR="0013034D" w:rsidRDefault="00D06FB6" w:rsidP="00DD1CE4">
      <w:pPr>
        <w:pStyle w:val="Heading1"/>
      </w:pPr>
      <w:r>
        <w:t>MINUTES OF</w:t>
      </w:r>
      <w:r w:rsidR="4FA9D23B">
        <w:t xml:space="preserve"> PARK COMMISSION</w:t>
      </w:r>
      <w:r>
        <w:t xml:space="preserve">, </w:t>
      </w:r>
      <w:r w:rsidR="00530048">
        <w:t>AUGUST 4</w:t>
      </w:r>
      <w:r>
        <w:t xml:space="preserve">, </w:t>
      </w:r>
      <w:r w:rsidR="00812CEE">
        <w:t>2026</w:t>
      </w:r>
    </w:p>
    <w:p w14:paraId="46C00307" w14:textId="7A828E3D" w:rsidR="008C1098" w:rsidRPr="00C44663" w:rsidRDefault="00D06FB6" w:rsidP="00C44663">
      <w:pPr>
        <w:pStyle w:val="Heading2"/>
      </w:pPr>
      <w:r w:rsidRPr="00C44663">
        <w:t>MEETING INFORMATION</w:t>
      </w:r>
    </w:p>
    <w:p w14:paraId="30BCC46A" w14:textId="131B2FDD" w:rsidR="00230D3D" w:rsidRDefault="00230D3D" w:rsidP="6BBA2B5C">
      <w:pPr>
        <w:rPr>
          <w:rFonts w:cs="Open Sans"/>
          <w:color w:val="000000" w:themeColor="text1"/>
        </w:rPr>
      </w:pPr>
      <w:r w:rsidRPr="6BBA2B5C">
        <w:rPr>
          <w:rFonts w:cs="Open Sans"/>
          <w:color w:val="000000" w:themeColor="text1"/>
        </w:rPr>
        <w:t>A meeting of the</w:t>
      </w:r>
      <w:r w:rsidR="62F7796C" w:rsidRPr="6BBA2B5C">
        <w:rPr>
          <w:rFonts w:cs="Open Sans"/>
          <w:color w:val="000000" w:themeColor="text1"/>
        </w:rPr>
        <w:t xml:space="preserve"> </w:t>
      </w:r>
      <w:r w:rsidR="00BB7A4B">
        <w:rPr>
          <w:rFonts w:cs="Open Sans"/>
          <w:color w:val="000000" w:themeColor="text1"/>
        </w:rPr>
        <w:t xml:space="preserve">Park Commission </w:t>
      </w:r>
      <w:r w:rsidRPr="6BBA2B5C">
        <w:rPr>
          <w:rFonts w:cs="Open Sans"/>
          <w:color w:val="000000" w:themeColor="text1"/>
        </w:rPr>
        <w:t xml:space="preserve">of the City of Blue Springs, Missouri, was held on </w:t>
      </w:r>
      <w:r w:rsidR="00530048">
        <w:rPr>
          <w:rFonts w:cs="Open Sans"/>
          <w:color w:val="000000" w:themeColor="text1"/>
        </w:rPr>
        <w:t>Tuesday, August, 4</w:t>
      </w:r>
      <w:r w:rsidR="009D3850">
        <w:rPr>
          <w:rFonts w:cs="Open Sans"/>
          <w:color w:val="000000" w:themeColor="text1"/>
        </w:rPr>
        <w:t>,</w:t>
      </w:r>
      <w:r w:rsidR="63173CD9" w:rsidRPr="6BBA2B5C">
        <w:rPr>
          <w:rFonts w:cs="Open Sans"/>
          <w:color w:val="000000" w:themeColor="text1"/>
        </w:rPr>
        <w:t xml:space="preserve"> </w:t>
      </w:r>
      <w:r w:rsidR="00310CE6" w:rsidRPr="6BBA2B5C">
        <w:rPr>
          <w:rFonts w:cs="Open Sans"/>
          <w:color w:val="000000" w:themeColor="text1"/>
        </w:rPr>
        <w:t>202</w:t>
      </w:r>
      <w:r w:rsidR="00310CE6">
        <w:rPr>
          <w:rFonts w:cs="Open Sans"/>
          <w:color w:val="000000" w:themeColor="text1"/>
        </w:rPr>
        <w:t>6,</w:t>
      </w:r>
      <w:r w:rsidRPr="6BBA2B5C">
        <w:rPr>
          <w:rFonts w:cs="Open Sans"/>
          <w:color w:val="000000" w:themeColor="text1"/>
        </w:rPr>
        <w:t xml:space="preserve"> at </w:t>
      </w:r>
      <w:r w:rsidR="00BB7A4B">
        <w:rPr>
          <w:rFonts w:cs="Open Sans"/>
          <w:color w:val="000000" w:themeColor="text1"/>
        </w:rPr>
        <w:t>6:00</w:t>
      </w:r>
      <w:r w:rsidRPr="6BBA2B5C">
        <w:rPr>
          <w:rFonts w:cs="Open Sans"/>
          <w:color w:val="000000" w:themeColor="text1"/>
        </w:rPr>
        <w:t xml:space="preserve"> </w:t>
      </w:r>
      <w:r w:rsidR="00BB7A4B">
        <w:rPr>
          <w:rFonts w:cs="Open Sans"/>
          <w:color w:val="000000" w:themeColor="text1"/>
        </w:rPr>
        <w:t>p</w:t>
      </w:r>
      <w:r w:rsidRPr="6BBA2B5C">
        <w:rPr>
          <w:rFonts w:cs="Open Sans"/>
          <w:color w:val="000000" w:themeColor="text1"/>
        </w:rPr>
        <w:t>.m.</w:t>
      </w:r>
      <w:r w:rsidR="00812CEE">
        <w:rPr>
          <w:rFonts w:cs="Open Sans"/>
          <w:color w:val="000000" w:themeColor="text1"/>
        </w:rPr>
        <w:t xml:space="preserve">, </w:t>
      </w:r>
      <w:r w:rsidR="286D7CDA" w:rsidRPr="6BBA2B5C">
        <w:rPr>
          <w:rFonts w:cs="Open Sans"/>
          <w:color w:val="000000" w:themeColor="text1"/>
        </w:rPr>
        <w:t xml:space="preserve">located at </w:t>
      </w:r>
      <w:r w:rsidR="00BB7A4B">
        <w:rPr>
          <w:rFonts w:cs="Open Sans"/>
          <w:color w:val="000000" w:themeColor="text1"/>
        </w:rPr>
        <w:t>The Carson Ross Community Recreation Complex</w:t>
      </w:r>
      <w:r w:rsidRPr="6BBA2B5C">
        <w:rPr>
          <w:rFonts w:cs="Open Sans"/>
          <w:color w:val="000000" w:themeColor="text1"/>
        </w:rPr>
        <w:t>, Blue Springs, Missouri with</w:t>
      </w:r>
      <w:r w:rsidR="00E3147F" w:rsidRPr="6BBA2B5C">
        <w:rPr>
          <w:rFonts w:cs="Open Sans"/>
          <w:color w:val="000000" w:themeColor="text1"/>
        </w:rPr>
        <w:t xml:space="preserve"> </w:t>
      </w:r>
      <w:r w:rsidR="72208783" w:rsidRPr="6BBA2B5C">
        <w:rPr>
          <w:rFonts w:cs="Open Sans"/>
          <w:color w:val="000000" w:themeColor="text1"/>
        </w:rPr>
        <w:t xml:space="preserve">the Chairman </w:t>
      </w:r>
      <w:r w:rsidR="00BB7A4B">
        <w:rPr>
          <w:rFonts w:cs="Open Sans"/>
          <w:color w:val="000000" w:themeColor="text1"/>
        </w:rPr>
        <w:t>Tony Lopez</w:t>
      </w:r>
      <w:r w:rsidR="72208783" w:rsidRPr="6BBA2B5C">
        <w:rPr>
          <w:rFonts w:cs="Open Sans"/>
          <w:color w:val="000000" w:themeColor="text1"/>
        </w:rPr>
        <w:t xml:space="preserve"> </w:t>
      </w:r>
      <w:r w:rsidR="00E3147F" w:rsidRPr="6BBA2B5C">
        <w:rPr>
          <w:rFonts w:cs="Open Sans"/>
          <w:color w:val="000000" w:themeColor="text1"/>
        </w:rPr>
        <w:t>presiding</w:t>
      </w:r>
      <w:r w:rsidRPr="6BBA2B5C">
        <w:rPr>
          <w:rFonts w:cs="Open Sans"/>
          <w:color w:val="000000" w:themeColor="text1"/>
        </w:rPr>
        <w:t>.</w:t>
      </w:r>
    </w:p>
    <w:p w14:paraId="181A80A0" w14:textId="63A6DA1C" w:rsidR="00B6720C" w:rsidRDefault="00B6720C" w:rsidP="00C44663">
      <w:pPr>
        <w:pStyle w:val="Heading2"/>
      </w:pPr>
      <w:r>
        <w:t>BOARD ATTENDANCE</w:t>
      </w:r>
    </w:p>
    <w:p w14:paraId="0DF74B09" w14:textId="38EA89F7" w:rsidR="00BB7A4B" w:rsidRDefault="00BB7A4B" w:rsidP="00C44663">
      <w:pPr>
        <w:contextualSpacing/>
      </w:pPr>
      <w:r>
        <w:t xml:space="preserve">Tony Lopez </w:t>
      </w:r>
      <w:r w:rsidR="00313671">
        <w:t xml:space="preserve">– Present </w:t>
      </w:r>
      <w:r w:rsidR="00530048">
        <w:t>3/3</w:t>
      </w:r>
      <w:r>
        <w:tab/>
      </w:r>
      <w:r>
        <w:tab/>
      </w:r>
      <w:r>
        <w:tab/>
      </w:r>
    </w:p>
    <w:p w14:paraId="28393D73" w14:textId="0631B900" w:rsidR="0727D019" w:rsidRDefault="00BB7A4B" w:rsidP="00C44663">
      <w:pPr>
        <w:contextualSpacing/>
      </w:pPr>
      <w:r>
        <w:t>Ken Horrell</w:t>
      </w:r>
      <w:r w:rsidR="00313671">
        <w:t xml:space="preserve"> – </w:t>
      </w:r>
      <w:r w:rsidR="00131739">
        <w:t>Absent</w:t>
      </w:r>
      <w:r w:rsidR="00313671">
        <w:t xml:space="preserve"> </w:t>
      </w:r>
      <w:r w:rsidR="00530048">
        <w:t>2/3</w:t>
      </w:r>
    </w:p>
    <w:p w14:paraId="168FD1DF" w14:textId="4AC6D2DB" w:rsidR="00313671" w:rsidRDefault="00313671" w:rsidP="00C44663">
      <w:pPr>
        <w:contextualSpacing/>
      </w:pPr>
      <w:r>
        <w:t xml:space="preserve">Debbie Canfield – </w:t>
      </w:r>
      <w:r w:rsidR="00131739">
        <w:t>Present</w:t>
      </w:r>
      <w:r>
        <w:t xml:space="preserve"> </w:t>
      </w:r>
      <w:r w:rsidR="00533AC5">
        <w:t>3/3</w:t>
      </w:r>
    </w:p>
    <w:p w14:paraId="2DFBC1AB" w14:textId="12F55F14" w:rsidR="00313671" w:rsidRDefault="00313671" w:rsidP="00C44663">
      <w:pPr>
        <w:contextualSpacing/>
      </w:pPr>
      <w:r>
        <w:t xml:space="preserve">Brittany Boswell – </w:t>
      </w:r>
      <w:r w:rsidR="00C251BE">
        <w:t>Present</w:t>
      </w:r>
      <w:r>
        <w:t xml:space="preserve"> </w:t>
      </w:r>
      <w:r w:rsidR="00533AC5">
        <w:t>3/3</w:t>
      </w:r>
    </w:p>
    <w:p w14:paraId="714876D0" w14:textId="6ADFE27D" w:rsidR="00BB7A4B" w:rsidRDefault="00BB7A4B" w:rsidP="00BB7A4B">
      <w:pPr>
        <w:contextualSpacing/>
      </w:pPr>
      <w:r>
        <w:t>Nick Tepesch</w:t>
      </w:r>
      <w:r w:rsidR="00313671">
        <w:t xml:space="preserve"> – </w:t>
      </w:r>
      <w:r w:rsidR="00533AC5">
        <w:t>Absent</w:t>
      </w:r>
      <w:r w:rsidR="00313671">
        <w:t xml:space="preserve"> </w:t>
      </w:r>
      <w:r w:rsidR="00533AC5">
        <w:t>2/3</w:t>
      </w:r>
    </w:p>
    <w:p w14:paraId="429C44E2" w14:textId="0025852A" w:rsidR="00BB7A4B" w:rsidRDefault="00BB7A4B" w:rsidP="00C44663">
      <w:pPr>
        <w:contextualSpacing/>
      </w:pPr>
      <w:r>
        <w:t>Greg Markway</w:t>
      </w:r>
      <w:r w:rsidR="00313671">
        <w:t xml:space="preserve"> – Present </w:t>
      </w:r>
      <w:r w:rsidR="00533AC5">
        <w:t>3/3</w:t>
      </w:r>
    </w:p>
    <w:p w14:paraId="1D464628" w14:textId="22E8CF2E" w:rsidR="00313671" w:rsidRDefault="00313671" w:rsidP="00C44663">
      <w:pPr>
        <w:contextualSpacing/>
      </w:pPr>
      <w:r>
        <w:t xml:space="preserve">Kyle Legg – </w:t>
      </w:r>
      <w:r w:rsidR="003D23B0">
        <w:t>Present</w:t>
      </w:r>
      <w:r>
        <w:t xml:space="preserve"> </w:t>
      </w:r>
      <w:r w:rsidR="00533AC5">
        <w:t>3/3</w:t>
      </w:r>
    </w:p>
    <w:p w14:paraId="54BD0818" w14:textId="7429F7F7" w:rsidR="00D95857" w:rsidRDefault="00D95857" w:rsidP="00C44663">
      <w:pPr>
        <w:contextualSpacing/>
      </w:pPr>
      <w:r>
        <w:t xml:space="preserve">Randy Cooper – Present </w:t>
      </w:r>
      <w:r w:rsidR="00533AC5">
        <w:t>2/2</w:t>
      </w:r>
    </w:p>
    <w:p w14:paraId="5E615381" w14:textId="0C1FFB31" w:rsidR="00533AC5" w:rsidRDefault="00533AC5" w:rsidP="00C44663">
      <w:pPr>
        <w:contextualSpacing/>
      </w:pPr>
      <w:r>
        <w:t>Carman Booker – Present 1/1</w:t>
      </w:r>
    </w:p>
    <w:p w14:paraId="03CF12F0" w14:textId="48B5F286" w:rsidR="00C251BE" w:rsidRDefault="00C251BE" w:rsidP="00C44663">
      <w:pPr>
        <w:contextualSpacing/>
      </w:pPr>
      <w:r>
        <w:t>Lia</w:t>
      </w:r>
      <w:r w:rsidR="00910ABC">
        <w:t xml:space="preserve">ison – Councilmember Ericson </w:t>
      </w:r>
    </w:p>
    <w:p w14:paraId="5C02C633" w14:textId="791F2645" w:rsidR="00C90466" w:rsidRDefault="00C90466" w:rsidP="00C44663">
      <w:pPr>
        <w:pStyle w:val="Heading2"/>
      </w:pPr>
      <w:r>
        <w:t xml:space="preserve">STAFF </w:t>
      </w:r>
      <w:r w:rsidR="00B6720C">
        <w:t>ATTENDANCE</w:t>
      </w:r>
    </w:p>
    <w:p w14:paraId="7053E3BB" w14:textId="661E1AC5" w:rsidR="00313671" w:rsidRDefault="00313671" w:rsidP="00313671">
      <w:pPr>
        <w:spacing w:line="240" w:lineRule="auto"/>
      </w:pPr>
      <w:r>
        <w:t>Justin Stuart</w:t>
      </w:r>
    </w:p>
    <w:p w14:paraId="377B29D3" w14:textId="71A6CE2E" w:rsidR="00313671" w:rsidRDefault="00313671" w:rsidP="00313671">
      <w:pPr>
        <w:spacing w:line="240" w:lineRule="auto"/>
      </w:pPr>
      <w:r>
        <w:t>Mary Herrington</w:t>
      </w:r>
    </w:p>
    <w:p w14:paraId="79D3AECD" w14:textId="1B517237" w:rsidR="00313671" w:rsidRDefault="00313671" w:rsidP="00313671">
      <w:pPr>
        <w:spacing w:line="240" w:lineRule="auto"/>
      </w:pPr>
      <w:r>
        <w:lastRenderedPageBreak/>
        <w:t>Derek Mayden</w:t>
      </w:r>
    </w:p>
    <w:p w14:paraId="7B8DA952" w14:textId="5EDD3080" w:rsidR="00313671" w:rsidRDefault="00313671" w:rsidP="00313671">
      <w:pPr>
        <w:spacing w:line="240" w:lineRule="auto"/>
      </w:pPr>
      <w:r>
        <w:t>Daniel Sack</w:t>
      </w:r>
    </w:p>
    <w:p w14:paraId="539C3E83" w14:textId="485D2DA3" w:rsidR="00313671" w:rsidRDefault="00313671" w:rsidP="00313671">
      <w:pPr>
        <w:spacing w:line="240" w:lineRule="auto"/>
      </w:pPr>
      <w:r>
        <w:t>Michael Cox</w:t>
      </w:r>
    </w:p>
    <w:p w14:paraId="098ABE31" w14:textId="43D8E95D" w:rsidR="008C1098" w:rsidRDefault="3FA5F2E1" w:rsidP="3FA5F2E1">
      <w:pPr>
        <w:pStyle w:val="Heading2"/>
      </w:pPr>
      <w:r>
        <w:t xml:space="preserve">1. </w:t>
      </w:r>
      <w:r w:rsidR="00B6720C">
        <w:t xml:space="preserve">CALL MEETING TO ORDER </w:t>
      </w:r>
      <w:r w:rsidR="00751A6C">
        <w:t>AND</w:t>
      </w:r>
      <w:r w:rsidR="00B6720C">
        <w:t xml:space="preserve"> </w:t>
      </w:r>
      <w:r w:rsidR="004F1302">
        <w:t>C</w:t>
      </w:r>
      <w:r w:rsidR="00DB7EFD">
        <w:t>ONFIRMATION OF QU</w:t>
      </w:r>
      <w:r w:rsidR="00110EDE">
        <w:t>ORUM</w:t>
      </w:r>
    </w:p>
    <w:p w14:paraId="0B6B91FA" w14:textId="116858DE" w:rsidR="00313671" w:rsidRPr="00313671" w:rsidRDefault="00313671" w:rsidP="3FA5F2E1">
      <w:r>
        <w:t>The regularly scheduled monthly parks commission meeting was called to order</w:t>
      </w:r>
      <w:r w:rsidR="00812CEE">
        <w:t xml:space="preserve"> at 6:00 p.m. A motion was made by </w:t>
      </w:r>
      <w:r w:rsidR="00131EBE">
        <w:t>Debbie Canfield</w:t>
      </w:r>
      <w:r w:rsidR="003312CA">
        <w:t xml:space="preserve"> </w:t>
      </w:r>
      <w:r w:rsidR="00812CEE">
        <w:t xml:space="preserve">and seconded by </w:t>
      </w:r>
      <w:r w:rsidR="00460FFA">
        <w:t>Brittany Boswell</w:t>
      </w:r>
      <w:r w:rsidR="00C53877">
        <w:t xml:space="preserve"> </w:t>
      </w:r>
      <w:r w:rsidR="00812CEE">
        <w:t xml:space="preserve">to accept the Consent Agenda. It passed unanimously. </w:t>
      </w:r>
    </w:p>
    <w:p w14:paraId="25C2E206" w14:textId="79225150" w:rsidR="74E91D7C" w:rsidRDefault="74E91D7C" w:rsidP="3FA5F2E1">
      <w:pPr>
        <w:pStyle w:val="Heading2"/>
        <w:ind w:left="0" w:firstLine="0"/>
      </w:pPr>
      <w:r>
        <w:t xml:space="preserve">2. </w:t>
      </w:r>
      <w:r w:rsidR="00751A6C">
        <w:t>APPROVAL OF MINUTE</w:t>
      </w:r>
      <w:r w:rsidR="0957935E">
        <w:t>S</w:t>
      </w:r>
    </w:p>
    <w:p w14:paraId="5B3C9EF6" w14:textId="02F4E9CF" w:rsidR="00812CEE" w:rsidRPr="00812CEE" w:rsidRDefault="00812CEE" w:rsidP="3FA5F2E1">
      <w:r>
        <w:t xml:space="preserve">Minutes of </w:t>
      </w:r>
      <w:r w:rsidR="00C53877">
        <w:t>Ju</w:t>
      </w:r>
      <w:r w:rsidR="00460FFA">
        <w:t>ly</w:t>
      </w:r>
      <w:r>
        <w:t xml:space="preserve"> 2026 Meeting – Included in packet.</w:t>
      </w:r>
      <w:r w:rsidR="00C53877">
        <w:t xml:space="preserve"> Approved with amendment </w:t>
      </w:r>
      <w:r w:rsidR="007B5622">
        <w:t xml:space="preserve">correcting </w:t>
      </w:r>
      <w:r w:rsidR="00FA6604">
        <w:t xml:space="preserve">spelling on various words. </w:t>
      </w:r>
    </w:p>
    <w:p w14:paraId="5693C16F" w14:textId="54ACAEAC" w:rsidR="380F1501" w:rsidRDefault="00DD1CE4" w:rsidP="3FA5F2E1">
      <w:pPr>
        <w:pStyle w:val="Heading2"/>
        <w:ind w:left="0" w:firstLine="0"/>
      </w:pPr>
      <w:r>
        <w:t xml:space="preserve">3. </w:t>
      </w:r>
      <w:r w:rsidR="00812CEE">
        <w:t>V</w:t>
      </w:r>
      <w:r w:rsidR="1AFDF6EE">
        <w:t>ISITORS/CORRESPONDMENTS</w:t>
      </w:r>
    </w:p>
    <w:p w14:paraId="71DC19AE" w14:textId="762F6388" w:rsidR="00FA6604" w:rsidRPr="00FA6604" w:rsidRDefault="00FA6604" w:rsidP="00FA6604">
      <w:r>
        <w:t>N/A</w:t>
      </w:r>
    </w:p>
    <w:p w14:paraId="3F6BB206" w14:textId="5BC5B2A1" w:rsidR="00751A6C" w:rsidRDefault="00DD1CE4" w:rsidP="3FA5F2E1">
      <w:pPr>
        <w:pStyle w:val="Heading2"/>
        <w:ind w:left="0" w:firstLine="0"/>
      </w:pPr>
      <w:r>
        <w:t xml:space="preserve">4. </w:t>
      </w:r>
      <w:r w:rsidR="000C4173">
        <w:t>P</w:t>
      </w:r>
      <w:r w:rsidR="4A56B793">
        <w:t>ROGRAM/ACTIVITY SPOTLIGHT</w:t>
      </w:r>
    </w:p>
    <w:p w14:paraId="4F7137C4" w14:textId="32717EEC" w:rsidR="000C4173" w:rsidRDefault="00FA6604" w:rsidP="3FA5F2E1">
      <w:pPr>
        <w:rPr>
          <w:b/>
          <w:bCs/>
        </w:rPr>
      </w:pPr>
      <w:r>
        <w:t xml:space="preserve">Derek Mayden presented on Goats in the park. Thirty-eight goats </w:t>
      </w:r>
      <w:r w:rsidR="004770BE">
        <w:t xml:space="preserve">have been at Woods Chapel Park for four weeks. They have made a huge impact on the park and will remain there for another 3 – 4 weeks. </w:t>
      </w:r>
      <w:r w:rsidR="00005E1C">
        <w:t xml:space="preserve">We hope to relocate the goats to Lake Remembrance when they are finished at Woods Chapel. </w:t>
      </w:r>
    </w:p>
    <w:p w14:paraId="4D765061" w14:textId="122895C8" w:rsidR="000C4173" w:rsidRDefault="69EFAD57" w:rsidP="3FA5F2E1">
      <w:pPr>
        <w:rPr>
          <w:b/>
          <w:bCs/>
        </w:rPr>
      </w:pPr>
      <w:r w:rsidRPr="3FA5F2E1">
        <w:rPr>
          <w:b/>
          <w:bCs/>
        </w:rPr>
        <w:t xml:space="preserve">5. </w:t>
      </w:r>
      <w:r w:rsidR="000C4173" w:rsidRPr="3FA5F2E1">
        <w:rPr>
          <w:b/>
          <w:bCs/>
        </w:rPr>
        <w:t>F</w:t>
      </w:r>
      <w:r w:rsidR="24AC8572" w:rsidRPr="3FA5F2E1">
        <w:rPr>
          <w:b/>
          <w:bCs/>
        </w:rPr>
        <w:t>INANCES</w:t>
      </w:r>
    </w:p>
    <w:p w14:paraId="2ECEC3DB" w14:textId="217E0BBD" w:rsidR="000C4173" w:rsidRDefault="000C4173" w:rsidP="3FA5F2E1">
      <w:r>
        <w:t xml:space="preserve"> Included in the packet.</w:t>
      </w:r>
    </w:p>
    <w:p w14:paraId="6CA38415" w14:textId="254BE44A" w:rsidR="000C4173" w:rsidRDefault="71F74A43" w:rsidP="3FA5F2E1">
      <w:pPr>
        <w:rPr>
          <w:b/>
          <w:bCs/>
        </w:rPr>
      </w:pPr>
      <w:r w:rsidRPr="3FA5F2E1">
        <w:rPr>
          <w:b/>
          <w:bCs/>
        </w:rPr>
        <w:t xml:space="preserve">6. </w:t>
      </w:r>
      <w:r w:rsidR="000C4173" w:rsidRPr="3FA5F2E1">
        <w:rPr>
          <w:b/>
          <w:bCs/>
        </w:rPr>
        <w:t>S</w:t>
      </w:r>
      <w:r w:rsidR="12AD11DC" w:rsidRPr="3FA5F2E1">
        <w:rPr>
          <w:b/>
          <w:bCs/>
        </w:rPr>
        <w:t>TAFF REPORTS</w:t>
      </w:r>
    </w:p>
    <w:p w14:paraId="07DAEC83" w14:textId="1BC2F6AD" w:rsidR="000C4173" w:rsidRDefault="000C4173" w:rsidP="3FA5F2E1">
      <w:r>
        <w:lastRenderedPageBreak/>
        <w:t>Staff shared their monthly operations report.</w:t>
      </w:r>
      <w:r>
        <w:tab/>
      </w:r>
    </w:p>
    <w:p w14:paraId="40498085" w14:textId="410C3A34" w:rsidR="000C4173" w:rsidRDefault="004E64F2" w:rsidP="000C4173">
      <w:pPr>
        <w:pStyle w:val="Heading2"/>
      </w:pPr>
      <w:r>
        <w:t>7.</w:t>
      </w:r>
      <w:r w:rsidR="00DD1CE4">
        <w:t xml:space="preserve"> </w:t>
      </w:r>
      <w:r w:rsidR="000C4173">
        <w:t>P</w:t>
      </w:r>
      <w:r w:rsidR="37EC56C0">
        <w:t>ARKS</w:t>
      </w:r>
      <w:r w:rsidR="000C4173">
        <w:t xml:space="preserve"> </w:t>
      </w:r>
      <w:r w:rsidR="37EC56C0">
        <w:t>AND RECREATION COMMISSION CHAIRMAN’S REPORT</w:t>
      </w:r>
    </w:p>
    <w:p w14:paraId="24B2EA6A" w14:textId="6E6E8917" w:rsidR="00720573" w:rsidRPr="00720573" w:rsidRDefault="00005E1C" w:rsidP="3FA5F2E1">
      <w:r>
        <w:t>N/A</w:t>
      </w:r>
    </w:p>
    <w:p w14:paraId="03D7A73A" w14:textId="691A40CC" w:rsidR="00495BBC" w:rsidRDefault="7BD16982" w:rsidP="000C4173">
      <w:pPr>
        <w:rPr>
          <w:b/>
          <w:bCs/>
        </w:rPr>
      </w:pPr>
      <w:r w:rsidRPr="3FA5F2E1">
        <w:rPr>
          <w:b/>
          <w:bCs/>
        </w:rPr>
        <w:t>8.</w:t>
      </w:r>
      <w:r w:rsidR="00720573" w:rsidRPr="3FA5F2E1">
        <w:rPr>
          <w:b/>
          <w:bCs/>
        </w:rPr>
        <w:t xml:space="preserve"> </w:t>
      </w:r>
      <w:r w:rsidR="00DC1A3A" w:rsidRPr="3FA5F2E1">
        <w:rPr>
          <w:b/>
          <w:bCs/>
        </w:rPr>
        <w:t>C</w:t>
      </w:r>
      <w:r w:rsidR="5D0A8D18" w:rsidRPr="3FA5F2E1">
        <w:rPr>
          <w:b/>
          <w:bCs/>
        </w:rPr>
        <w:t>ITY COUNCIL LIAISON REPORT</w:t>
      </w:r>
    </w:p>
    <w:p w14:paraId="6998574C" w14:textId="5AFF28BD" w:rsidR="5D0A8D18" w:rsidRDefault="00005E1C">
      <w:r>
        <w:t>N/A</w:t>
      </w:r>
    </w:p>
    <w:p w14:paraId="79870D1D" w14:textId="519D69E4" w:rsidR="00495BBC" w:rsidRDefault="3DC809CB" w:rsidP="000C4173">
      <w:pPr>
        <w:rPr>
          <w:b/>
          <w:bCs/>
        </w:rPr>
      </w:pPr>
      <w:r w:rsidRPr="3FA5F2E1">
        <w:rPr>
          <w:b/>
          <w:bCs/>
        </w:rPr>
        <w:t>9</w:t>
      </w:r>
      <w:r w:rsidR="00495BBC" w:rsidRPr="3FA5F2E1">
        <w:rPr>
          <w:b/>
          <w:bCs/>
        </w:rPr>
        <w:t>. O</w:t>
      </w:r>
      <w:r w:rsidR="34E0E93C" w:rsidRPr="3FA5F2E1">
        <w:rPr>
          <w:b/>
          <w:bCs/>
        </w:rPr>
        <w:t>LD BUSINESS</w:t>
      </w:r>
    </w:p>
    <w:p w14:paraId="31D9AC53" w14:textId="44B5ABEA" w:rsidR="009D0AFB" w:rsidRDefault="003047D4" w:rsidP="3FA5F2E1">
      <w:r>
        <w:t>Justin</w:t>
      </w:r>
      <w:r w:rsidR="009D0AFB">
        <w:t xml:space="preserve"> handed out copies of the master plan summary document. Staff are working through the implementation phase and proposing timelines for each</w:t>
      </w:r>
      <w:r w:rsidR="0059562A">
        <w:t xml:space="preserve"> action step. </w:t>
      </w:r>
      <w:r w:rsidR="009D0AFB">
        <w:t xml:space="preserve">Once this is complete, City Council and the Park Commission will have an opportunity to provide </w:t>
      </w:r>
      <w:r w:rsidR="0059562A">
        <w:t xml:space="preserve">feedback on the action steps. </w:t>
      </w:r>
    </w:p>
    <w:p w14:paraId="6AA9459D" w14:textId="49CE3F39" w:rsidR="001C1D7C" w:rsidRDefault="0059562A" w:rsidP="3FA5F2E1">
      <w:r>
        <w:t>Justin</w:t>
      </w:r>
      <w:r w:rsidR="003047D4">
        <w:t xml:space="preserve"> gave an update o</w:t>
      </w:r>
      <w:r w:rsidR="005B31E3">
        <w:t xml:space="preserve">n Southwest Park development. The conceptual design for the playground is </w:t>
      </w:r>
      <w:r>
        <w:t xml:space="preserve">complete, and planning continues on the venue and park design. Staff are hopeful groundbreaking for the park will happen in late 2026. </w:t>
      </w:r>
    </w:p>
    <w:p w14:paraId="1E1E1A72" w14:textId="7741D7D6" w:rsidR="00B0566E" w:rsidRDefault="00B0566E" w:rsidP="3FA5F2E1">
      <w:pPr>
        <w:rPr>
          <w:b/>
          <w:bCs/>
        </w:rPr>
      </w:pPr>
      <w:r w:rsidRPr="3FA5F2E1">
        <w:rPr>
          <w:b/>
          <w:bCs/>
        </w:rPr>
        <w:t>1</w:t>
      </w:r>
      <w:r w:rsidR="644FFF6B" w:rsidRPr="3FA5F2E1">
        <w:rPr>
          <w:b/>
          <w:bCs/>
        </w:rPr>
        <w:t>0.</w:t>
      </w:r>
      <w:r w:rsidRPr="3FA5F2E1">
        <w:rPr>
          <w:b/>
          <w:bCs/>
        </w:rPr>
        <w:t xml:space="preserve"> N</w:t>
      </w:r>
      <w:r w:rsidR="021539CF" w:rsidRPr="3FA5F2E1">
        <w:rPr>
          <w:b/>
          <w:bCs/>
        </w:rPr>
        <w:t>EW BUSINESS</w:t>
      </w:r>
    </w:p>
    <w:p w14:paraId="0CF8E8F5" w14:textId="71B62CAD" w:rsidR="009C4241" w:rsidRDefault="009C4241" w:rsidP="3FA5F2E1">
      <w:r>
        <w:t xml:space="preserve">Justin shared </w:t>
      </w:r>
      <w:r w:rsidR="00821F13">
        <w:t>the CIP list for FY 2026/27 as well as the scheduled sale tax projects</w:t>
      </w:r>
      <w:r w:rsidR="00291E92">
        <w:t xml:space="preserve"> including new cardio equipment at the CRCRC, pickleball courts at Rotary Park and a new restroom building at Keystone Park. </w:t>
      </w:r>
    </w:p>
    <w:p w14:paraId="09E25CB1" w14:textId="783957A1" w:rsidR="004B22BA" w:rsidRPr="009C4241" w:rsidRDefault="004B22BA" w:rsidP="3FA5F2E1">
      <w:r>
        <w:t xml:space="preserve">Justin discussed the Adams Pointe Conference Center. City Council voted to not renew the contract with the management group who oversees the center. </w:t>
      </w:r>
      <w:r w:rsidR="008850D9">
        <w:t xml:space="preserve">The current contract expires at the end of 2026. Staff are looking at potential ideas to </w:t>
      </w:r>
      <w:r w:rsidR="00741FE3">
        <w:t xml:space="preserve">replace the conference center. </w:t>
      </w:r>
    </w:p>
    <w:p w14:paraId="60FDA8E7" w14:textId="5608B1C4" w:rsidR="00B0566E" w:rsidRDefault="7F6364A3" w:rsidP="3FA5F2E1">
      <w:pPr>
        <w:rPr>
          <w:b/>
          <w:bCs/>
        </w:rPr>
      </w:pPr>
      <w:r w:rsidRPr="3FA5F2E1">
        <w:rPr>
          <w:b/>
          <w:bCs/>
        </w:rPr>
        <w:lastRenderedPageBreak/>
        <w:t>11. M</w:t>
      </w:r>
      <w:r w:rsidR="0943F8D2" w:rsidRPr="3FA5F2E1">
        <w:rPr>
          <w:b/>
          <w:bCs/>
        </w:rPr>
        <w:t>ISCELLANEOUS</w:t>
      </w:r>
    </w:p>
    <w:p w14:paraId="187EEF5D" w14:textId="7E792C34" w:rsidR="00C96F94" w:rsidRPr="004C0F00" w:rsidRDefault="00542DB3" w:rsidP="3FA5F2E1">
      <w:r>
        <w:t xml:space="preserve">Justin </w:t>
      </w:r>
      <w:r w:rsidR="00C96F94">
        <w:t xml:space="preserve">shared the indoor natatorium will be closed August 17 – 21 so the pools can be drained, cleaned and maintenance items can be addressed. </w:t>
      </w:r>
    </w:p>
    <w:p w14:paraId="6E7405FF" w14:textId="6AC8E208" w:rsidR="00B0566E" w:rsidRPr="00B0566E" w:rsidRDefault="27A7BE73" w:rsidP="3FA5F2E1">
      <w:pPr>
        <w:rPr>
          <w:vertAlign w:val="superscript"/>
        </w:rPr>
      </w:pPr>
      <w:r w:rsidRPr="79EB9B67">
        <w:rPr>
          <w:b/>
          <w:bCs/>
        </w:rPr>
        <w:t xml:space="preserve">ADJOURNMENT </w:t>
      </w:r>
    </w:p>
    <w:p w14:paraId="4EB07240" w14:textId="3F57AA37" w:rsidR="00B0566E" w:rsidRPr="00A23BE3" w:rsidRDefault="7F6364A3" w:rsidP="3FA5F2E1">
      <w:pPr>
        <w:rPr>
          <w:vertAlign w:val="superscript"/>
        </w:rPr>
      </w:pPr>
      <w:r>
        <w:t>As there was no further business, a motion was made by</w:t>
      </w:r>
      <w:r w:rsidR="00345E30">
        <w:t xml:space="preserve"> Ken Horrell </w:t>
      </w:r>
      <w:r>
        <w:t>and seconded by Greg Markway. The meeting adjourned at 7:</w:t>
      </w:r>
      <w:r w:rsidR="007A1332">
        <w:t>0</w:t>
      </w:r>
      <w:r w:rsidR="00345E30">
        <w:t>4</w:t>
      </w:r>
      <w:r>
        <w:t>p.m.</w:t>
      </w:r>
    </w:p>
    <w:sectPr w:rsidR="00B0566E" w:rsidRPr="00A23BE3" w:rsidSect="00DD1C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AE19" w14:textId="77777777" w:rsidR="00DC46BB" w:rsidRDefault="00DC46BB" w:rsidP="000E31BD">
      <w:pPr>
        <w:spacing w:after="0" w:line="240" w:lineRule="auto"/>
      </w:pPr>
      <w:r>
        <w:separator/>
      </w:r>
    </w:p>
  </w:endnote>
  <w:endnote w:type="continuationSeparator" w:id="0">
    <w:p w14:paraId="1A5C2887" w14:textId="77777777" w:rsidR="00DC46BB" w:rsidRDefault="00DC46BB" w:rsidP="000E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6F8E" w14:textId="74D95A1D" w:rsidR="00995FFA" w:rsidRPr="00BB7A4B" w:rsidRDefault="00EE3EB8" w:rsidP="3FA5F2E1">
    <w:pPr>
      <w:pStyle w:val="Header"/>
      <w:tabs>
        <w:tab w:val="clear" w:pos="4680"/>
        <w:tab w:val="center" w:pos="4320"/>
      </w:tabs>
      <w:ind w:left="-720" w:right="-720"/>
      <w:rPr>
        <w:rFonts w:cs="Segoe UI"/>
        <w:lang w:val="fr-FR"/>
      </w:rPr>
    </w:pPr>
    <w:r>
      <w:rPr>
        <w:rFonts w:cs="Segoe UI"/>
        <w:lang w:val="fr-FR"/>
      </w:rPr>
      <w:t>Ju</w:t>
    </w:r>
    <w:r w:rsidR="00A23BE3">
      <w:rPr>
        <w:rFonts w:cs="Segoe UI"/>
        <w:lang w:val="fr-FR"/>
      </w:rPr>
      <w:t>ly 7,</w:t>
    </w:r>
    <w:r>
      <w:rPr>
        <w:rFonts w:cs="Segoe UI"/>
        <w:lang w:val="fr-FR"/>
      </w:rPr>
      <w:t xml:space="preserve"> 2026</w:t>
    </w:r>
    <w:r w:rsidR="000C4173">
      <w:tab/>
    </w:r>
    <w:r w:rsidR="3FA5F2E1" w:rsidRPr="3FA5F2E1">
      <w:rPr>
        <w:rFonts w:cs="Segoe UI"/>
        <w:lang w:val="fr-FR"/>
      </w:rPr>
      <w:t>PARK COMMISSION MINUTES</w:t>
    </w:r>
    <w:r w:rsidR="000C4173">
      <w:tab/>
    </w:r>
    <w:r w:rsidR="3FA5F2E1" w:rsidRPr="3FA5F2E1">
      <w:rPr>
        <w:rFonts w:cs="Segoe UI"/>
        <w:lang w:val="fr-FR"/>
      </w:rPr>
      <w:t xml:space="preserve">Page </w:t>
    </w:r>
    <w:r w:rsidR="000C4173" w:rsidRPr="3FA5F2E1">
      <w:rPr>
        <w:rFonts w:cs="Segoe UI"/>
        <w:lang w:val="fr-FR"/>
      </w:rPr>
      <w:fldChar w:fldCharType="begin"/>
    </w:r>
    <w:r w:rsidR="000C4173" w:rsidRPr="3FA5F2E1">
      <w:rPr>
        <w:rFonts w:cs="Segoe UI"/>
        <w:lang w:val="fr-FR"/>
      </w:rPr>
      <w:instrText xml:space="preserve"> PAGE   \* MERGEFORMAT </w:instrText>
    </w:r>
    <w:r w:rsidR="000C4173" w:rsidRPr="3FA5F2E1">
      <w:rPr>
        <w:rFonts w:cs="Segoe UI"/>
      </w:rPr>
      <w:fldChar w:fldCharType="separate"/>
    </w:r>
    <w:r w:rsidR="3FA5F2E1" w:rsidRPr="3FA5F2E1">
      <w:rPr>
        <w:rFonts w:cs="Segoe UI"/>
        <w:lang w:val="fr-FR"/>
      </w:rPr>
      <w:t>1</w:t>
    </w:r>
    <w:r w:rsidR="000C4173" w:rsidRPr="3FA5F2E1">
      <w:rPr>
        <w:rFonts w:cs="Segoe UI"/>
        <w:lang w:val="fr-FR"/>
      </w:rPr>
      <w:fldChar w:fldCharType="end"/>
    </w:r>
  </w:p>
  <w:p w14:paraId="549AB8CD" w14:textId="77777777" w:rsidR="00995FFA" w:rsidRPr="00BB7A4B" w:rsidRDefault="00995FFA">
    <w:pPr>
      <w:pStyle w:val="Footer"/>
      <w:rPr>
        <w:szCs w:val="24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78E78" w14:textId="4B81AD1F" w:rsidR="0003104A" w:rsidRPr="0003104A" w:rsidRDefault="0003104A" w:rsidP="00383B3E">
    <w:pPr>
      <w:pStyle w:val="Header"/>
      <w:tabs>
        <w:tab w:val="clear" w:pos="4680"/>
        <w:tab w:val="center" w:pos="4320"/>
      </w:tabs>
      <w:ind w:left="-720" w:right="-720"/>
      <w:rPr>
        <w:rFonts w:cs="Segoe U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5E8F" w14:textId="77777777" w:rsidR="00DC46BB" w:rsidRDefault="00DC46BB" w:rsidP="000E31BD">
      <w:pPr>
        <w:spacing w:after="0" w:line="240" w:lineRule="auto"/>
      </w:pPr>
      <w:r>
        <w:separator/>
      </w:r>
    </w:p>
  </w:footnote>
  <w:footnote w:type="continuationSeparator" w:id="0">
    <w:p w14:paraId="43031BD3" w14:textId="77777777" w:rsidR="00DC46BB" w:rsidRDefault="00DC46BB" w:rsidP="000E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D8A4" w14:textId="58684F2F" w:rsidR="000E31BD" w:rsidRDefault="000E31BD">
    <w:pPr>
      <w:pStyle w:val="Header"/>
    </w:pPr>
  </w:p>
  <w:p w14:paraId="794DC728" w14:textId="37DE4217" w:rsidR="00D96627" w:rsidRDefault="00D966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64A2" w14:textId="29A3653A" w:rsidR="007D58BB" w:rsidRDefault="006B4647" w:rsidP="006B4647">
    <w:pPr>
      <w:pStyle w:val="Header"/>
      <w:jc w:val="center"/>
    </w:pPr>
    <w:r>
      <w:rPr>
        <w:noProof/>
      </w:rPr>
      <w:drawing>
        <wp:inline distT="0" distB="0" distL="0" distR="0" wp14:anchorId="7C6F2B92" wp14:editId="462FC397">
          <wp:extent cx="4583220" cy="1257994"/>
          <wp:effectExtent l="0" t="0" r="8255" b="0"/>
          <wp:docPr id="1784589034" name="Picture 1" descr="Logo for Parks &amp; Recreation Department for the City of Blue Springs, Missou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589034" name="Picture 1" descr="Logo for Parks &amp; Recreation Department for the City of Blue Springs, Missour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0597" cy="1268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739724" w14:textId="748C1319" w:rsidR="000E31BD" w:rsidRDefault="000E31BD" w:rsidP="008236B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26576E"/>
    <w:multiLevelType w:val="hybridMultilevel"/>
    <w:tmpl w:val="2AB6F232"/>
    <w:lvl w:ilvl="0" w:tplc="3EA258F6">
      <w:start w:val="1"/>
      <w:numFmt w:val="decimal"/>
      <w:lvlText w:val="%1."/>
      <w:lvlJc w:val="left"/>
      <w:pPr>
        <w:ind w:left="360" w:hanging="360"/>
      </w:pPr>
      <w:rPr>
        <w:rFonts w:hint="default"/>
        <w:color w:val="1A1D4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490156"/>
    <w:multiLevelType w:val="hybridMultilevel"/>
    <w:tmpl w:val="01D23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93C2F"/>
    <w:multiLevelType w:val="hybridMultilevel"/>
    <w:tmpl w:val="94D89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00646"/>
    <w:multiLevelType w:val="hybridMultilevel"/>
    <w:tmpl w:val="FFFFFFFF"/>
    <w:lvl w:ilvl="0" w:tplc="82AC8070">
      <w:start w:val="1"/>
      <w:numFmt w:val="decimal"/>
      <w:lvlText w:val="%1."/>
      <w:lvlJc w:val="left"/>
      <w:pPr>
        <w:ind w:left="720" w:hanging="360"/>
      </w:pPr>
    </w:lvl>
    <w:lvl w:ilvl="1" w:tplc="E37219F4">
      <w:start w:val="1"/>
      <w:numFmt w:val="lowerLetter"/>
      <w:lvlText w:val="%2."/>
      <w:lvlJc w:val="left"/>
      <w:pPr>
        <w:ind w:left="1440" w:hanging="360"/>
      </w:pPr>
    </w:lvl>
    <w:lvl w:ilvl="2" w:tplc="0F50CB9C">
      <w:start w:val="1"/>
      <w:numFmt w:val="lowerRoman"/>
      <w:lvlText w:val="%3."/>
      <w:lvlJc w:val="right"/>
      <w:pPr>
        <w:ind w:left="2160" w:hanging="180"/>
      </w:pPr>
    </w:lvl>
    <w:lvl w:ilvl="3" w:tplc="A0988596">
      <w:start w:val="1"/>
      <w:numFmt w:val="decimal"/>
      <w:lvlText w:val="%4."/>
      <w:lvlJc w:val="left"/>
      <w:pPr>
        <w:ind w:left="2880" w:hanging="360"/>
      </w:pPr>
    </w:lvl>
    <w:lvl w:ilvl="4" w:tplc="343E751E">
      <w:start w:val="1"/>
      <w:numFmt w:val="lowerLetter"/>
      <w:lvlText w:val="%5."/>
      <w:lvlJc w:val="left"/>
      <w:pPr>
        <w:ind w:left="3600" w:hanging="360"/>
      </w:pPr>
    </w:lvl>
    <w:lvl w:ilvl="5" w:tplc="651E942A">
      <w:start w:val="1"/>
      <w:numFmt w:val="lowerRoman"/>
      <w:lvlText w:val="%6."/>
      <w:lvlJc w:val="right"/>
      <w:pPr>
        <w:ind w:left="4320" w:hanging="180"/>
      </w:pPr>
    </w:lvl>
    <w:lvl w:ilvl="6" w:tplc="864EC40A">
      <w:start w:val="1"/>
      <w:numFmt w:val="decimal"/>
      <w:lvlText w:val="%7."/>
      <w:lvlJc w:val="left"/>
      <w:pPr>
        <w:ind w:left="5040" w:hanging="360"/>
      </w:pPr>
    </w:lvl>
    <w:lvl w:ilvl="7" w:tplc="2A66FE0A">
      <w:start w:val="1"/>
      <w:numFmt w:val="lowerLetter"/>
      <w:lvlText w:val="%8."/>
      <w:lvlJc w:val="left"/>
      <w:pPr>
        <w:ind w:left="5760" w:hanging="360"/>
      </w:pPr>
    </w:lvl>
    <w:lvl w:ilvl="8" w:tplc="696E3DC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E3437"/>
    <w:multiLevelType w:val="hybridMultilevel"/>
    <w:tmpl w:val="D828FDA8"/>
    <w:lvl w:ilvl="0" w:tplc="9FECA7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57141"/>
    <w:multiLevelType w:val="hybridMultilevel"/>
    <w:tmpl w:val="B3C4F2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196515">
    <w:abstractNumId w:val="12"/>
  </w:num>
  <w:num w:numId="2" w16cid:durableId="353309770">
    <w:abstractNumId w:val="8"/>
  </w:num>
  <w:num w:numId="3" w16cid:durableId="172961706">
    <w:abstractNumId w:val="6"/>
  </w:num>
  <w:num w:numId="4" w16cid:durableId="136606888">
    <w:abstractNumId w:val="5"/>
  </w:num>
  <w:num w:numId="5" w16cid:durableId="1022707252">
    <w:abstractNumId w:val="4"/>
  </w:num>
  <w:num w:numId="6" w16cid:durableId="16078868">
    <w:abstractNumId w:val="7"/>
  </w:num>
  <w:num w:numId="7" w16cid:durableId="855314263">
    <w:abstractNumId w:val="3"/>
  </w:num>
  <w:num w:numId="8" w16cid:durableId="976254915">
    <w:abstractNumId w:val="2"/>
  </w:num>
  <w:num w:numId="9" w16cid:durableId="1523476941">
    <w:abstractNumId w:val="1"/>
  </w:num>
  <w:num w:numId="10" w16cid:durableId="861555342">
    <w:abstractNumId w:val="0"/>
  </w:num>
  <w:num w:numId="11" w16cid:durableId="1633904397">
    <w:abstractNumId w:val="9"/>
  </w:num>
  <w:num w:numId="12" w16cid:durableId="980033820">
    <w:abstractNumId w:val="13"/>
  </w:num>
  <w:num w:numId="13" w16cid:durableId="1707559585">
    <w:abstractNumId w:val="11"/>
  </w:num>
  <w:num w:numId="14" w16cid:durableId="1825465556">
    <w:abstractNumId w:val="14"/>
  </w:num>
  <w:num w:numId="15" w16cid:durableId="346294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E1C"/>
    <w:rsid w:val="00016278"/>
    <w:rsid w:val="0003104A"/>
    <w:rsid w:val="00034616"/>
    <w:rsid w:val="00052337"/>
    <w:rsid w:val="0006063C"/>
    <w:rsid w:val="00081BB4"/>
    <w:rsid w:val="00086BB5"/>
    <w:rsid w:val="00086E32"/>
    <w:rsid w:val="00093C39"/>
    <w:rsid w:val="000C4173"/>
    <w:rsid w:val="000D64E3"/>
    <w:rsid w:val="000E31BD"/>
    <w:rsid w:val="000E64C3"/>
    <w:rsid w:val="00104AA7"/>
    <w:rsid w:val="00110EDE"/>
    <w:rsid w:val="0011719F"/>
    <w:rsid w:val="001219C1"/>
    <w:rsid w:val="0013034D"/>
    <w:rsid w:val="00131739"/>
    <w:rsid w:val="00131EBE"/>
    <w:rsid w:val="00136D56"/>
    <w:rsid w:val="00147F48"/>
    <w:rsid w:val="0015074B"/>
    <w:rsid w:val="00195964"/>
    <w:rsid w:val="001C1D7C"/>
    <w:rsid w:val="001C415C"/>
    <w:rsid w:val="001C7B65"/>
    <w:rsid w:val="001F33BF"/>
    <w:rsid w:val="00202FAE"/>
    <w:rsid w:val="00214E80"/>
    <w:rsid w:val="00230D3D"/>
    <w:rsid w:val="00250376"/>
    <w:rsid w:val="002640D4"/>
    <w:rsid w:val="00285755"/>
    <w:rsid w:val="00291E92"/>
    <w:rsid w:val="002955D7"/>
    <w:rsid w:val="0029639D"/>
    <w:rsid w:val="00297BB8"/>
    <w:rsid w:val="002D58AB"/>
    <w:rsid w:val="002F1647"/>
    <w:rsid w:val="003047D4"/>
    <w:rsid w:val="00306010"/>
    <w:rsid w:val="00310CE6"/>
    <w:rsid w:val="00313671"/>
    <w:rsid w:val="00320821"/>
    <w:rsid w:val="00326F90"/>
    <w:rsid w:val="003312CA"/>
    <w:rsid w:val="00345E30"/>
    <w:rsid w:val="00362125"/>
    <w:rsid w:val="00383B3E"/>
    <w:rsid w:val="003AEBE1"/>
    <w:rsid w:val="003D1E9A"/>
    <w:rsid w:val="003D23B0"/>
    <w:rsid w:val="003F1952"/>
    <w:rsid w:val="00402A8B"/>
    <w:rsid w:val="00460FFA"/>
    <w:rsid w:val="00467E93"/>
    <w:rsid w:val="0047613B"/>
    <w:rsid w:val="004770BE"/>
    <w:rsid w:val="00481B49"/>
    <w:rsid w:val="0049407A"/>
    <w:rsid w:val="00495BBC"/>
    <w:rsid w:val="004A6F93"/>
    <w:rsid w:val="004B22BA"/>
    <w:rsid w:val="004C0F00"/>
    <w:rsid w:val="004E1956"/>
    <w:rsid w:val="004E5832"/>
    <w:rsid w:val="004E64F2"/>
    <w:rsid w:val="004F1302"/>
    <w:rsid w:val="00530048"/>
    <w:rsid w:val="00533AC5"/>
    <w:rsid w:val="00542DB3"/>
    <w:rsid w:val="0054596D"/>
    <w:rsid w:val="00551E3B"/>
    <w:rsid w:val="00563FBF"/>
    <w:rsid w:val="0059562A"/>
    <w:rsid w:val="005B31E3"/>
    <w:rsid w:val="005D068D"/>
    <w:rsid w:val="005E64B2"/>
    <w:rsid w:val="005F010B"/>
    <w:rsid w:val="00637BE9"/>
    <w:rsid w:val="00642072"/>
    <w:rsid w:val="00646B41"/>
    <w:rsid w:val="0066258A"/>
    <w:rsid w:val="00682BB9"/>
    <w:rsid w:val="006A5B43"/>
    <w:rsid w:val="006B2D75"/>
    <w:rsid w:val="006B4647"/>
    <w:rsid w:val="006C4423"/>
    <w:rsid w:val="006C7451"/>
    <w:rsid w:val="00716BF1"/>
    <w:rsid w:val="00720573"/>
    <w:rsid w:val="0073218F"/>
    <w:rsid w:val="00733905"/>
    <w:rsid w:val="00741FE3"/>
    <w:rsid w:val="00747F15"/>
    <w:rsid w:val="00751A6C"/>
    <w:rsid w:val="00766F22"/>
    <w:rsid w:val="0078616A"/>
    <w:rsid w:val="00790DB0"/>
    <w:rsid w:val="007A1332"/>
    <w:rsid w:val="007B5622"/>
    <w:rsid w:val="007D183B"/>
    <w:rsid w:val="007D58BB"/>
    <w:rsid w:val="007E161D"/>
    <w:rsid w:val="00802D09"/>
    <w:rsid w:val="00812CEE"/>
    <w:rsid w:val="00821F13"/>
    <w:rsid w:val="008236BB"/>
    <w:rsid w:val="00864769"/>
    <w:rsid w:val="00871E8F"/>
    <w:rsid w:val="008722A0"/>
    <w:rsid w:val="00873059"/>
    <w:rsid w:val="008850D9"/>
    <w:rsid w:val="008C1098"/>
    <w:rsid w:val="00904A8F"/>
    <w:rsid w:val="00910ABC"/>
    <w:rsid w:val="0092650B"/>
    <w:rsid w:val="00931603"/>
    <w:rsid w:val="009432AF"/>
    <w:rsid w:val="009720F9"/>
    <w:rsid w:val="00995FFA"/>
    <w:rsid w:val="009A120E"/>
    <w:rsid w:val="009C4241"/>
    <w:rsid w:val="009C782C"/>
    <w:rsid w:val="009D0AFB"/>
    <w:rsid w:val="009D3850"/>
    <w:rsid w:val="009E1A60"/>
    <w:rsid w:val="009F39C3"/>
    <w:rsid w:val="00A23BE3"/>
    <w:rsid w:val="00A32201"/>
    <w:rsid w:val="00A618A5"/>
    <w:rsid w:val="00AA1D8D"/>
    <w:rsid w:val="00AA5770"/>
    <w:rsid w:val="00AD1956"/>
    <w:rsid w:val="00AE6B33"/>
    <w:rsid w:val="00AF14F3"/>
    <w:rsid w:val="00B02C89"/>
    <w:rsid w:val="00B0566E"/>
    <w:rsid w:val="00B0763B"/>
    <w:rsid w:val="00B11A55"/>
    <w:rsid w:val="00B16F1A"/>
    <w:rsid w:val="00B37D96"/>
    <w:rsid w:val="00B47730"/>
    <w:rsid w:val="00B6720C"/>
    <w:rsid w:val="00B7287D"/>
    <w:rsid w:val="00B7337C"/>
    <w:rsid w:val="00BB74D0"/>
    <w:rsid w:val="00BB7A4B"/>
    <w:rsid w:val="00BC53DE"/>
    <w:rsid w:val="00BC6B9A"/>
    <w:rsid w:val="00BD034C"/>
    <w:rsid w:val="00BF66FC"/>
    <w:rsid w:val="00C251BE"/>
    <w:rsid w:val="00C426B1"/>
    <w:rsid w:val="00C4428A"/>
    <w:rsid w:val="00C44663"/>
    <w:rsid w:val="00C44DF2"/>
    <w:rsid w:val="00C454D9"/>
    <w:rsid w:val="00C53877"/>
    <w:rsid w:val="00C5576C"/>
    <w:rsid w:val="00C76128"/>
    <w:rsid w:val="00C765AF"/>
    <w:rsid w:val="00C769AF"/>
    <w:rsid w:val="00C90466"/>
    <w:rsid w:val="00C90758"/>
    <w:rsid w:val="00C96F94"/>
    <w:rsid w:val="00CB0664"/>
    <w:rsid w:val="00CB50C3"/>
    <w:rsid w:val="00CD62E8"/>
    <w:rsid w:val="00CE6ADE"/>
    <w:rsid w:val="00CF1157"/>
    <w:rsid w:val="00D06338"/>
    <w:rsid w:val="00D06FB6"/>
    <w:rsid w:val="00D347DA"/>
    <w:rsid w:val="00D50962"/>
    <w:rsid w:val="00D55AA2"/>
    <w:rsid w:val="00D55E4C"/>
    <w:rsid w:val="00D60AD1"/>
    <w:rsid w:val="00D74A38"/>
    <w:rsid w:val="00D95857"/>
    <w:rsid w:val="00D96627"/>
    <w:rsid w:val="00D974C5"/>
    <w:rsid w:val="00DB7EFD"/>
    <w:rsid w:val="00DC1A3A"/>
    <w:rsid w:val="00DC46BB"/>
    <w:rsid w:val="00DC73D3"/>
    <w:rsid w:val="00DD1CE4"/>
    <w:rsid w:val="00DD1FCB"/>
    <w:rsid w:val="00DF65FA"/>
    <w:rsid w:val="00E1462F"/>
    <w:rsid w:val="00E3147F"/>
    <w:rsid w:val="00E40DE9"/>
    <w:rsid w:val="00E45832"/>
    <w:rsid w:val="00E7383C"/>
    <w:rsid w:val="00E75A6D"/>
    <w:rsid w:val="00E77649"/>
    <w:rsid w:val="00E9275F"/>
    <w:rsid w:val="00E9574F"/>
    <w:rsid w:val="00EE3EB8"/>
    <w:rsid w:val="00F00C38"/>
    <w:rsid w:val="00F1274A"/>
    <w:rsid w:val="00F165C5"/>
    <w:rsid w:val="00F47D93"/>
    <w:rsid w:val="00F5794C"/>
    <w:rsid w:val="00F60761"/>
    <w:rsid w:val="00F77EDE"/>
    <w:rsid w:val="00FA6604"/>
    <w:rsid w:val="00FC58B6"/>
    <w:rsid w:val="00FC693F"/>
    <w:rsid w:val="00FE4437"/>
    <w:rsid w:val="01416C66"/>
    <w:rsid w:val="0203690C"/>
    <w:rsid w:val="021539CF"/>
    <w:rsid w:val="05138B90"/>
    <w:rsid w:val="055ABAF3"/>
    <w:rsid w:val="0727D019"/>
    <w:rsid w:val="073EC7F4"/>
    <w:rsid w:val="07E1E246"/>
    <w:rsid w:val="0943F8D2"/>
    <w:rsid w:val="0957935E"/>
    <w:rsid w:val="0B9D8A5E"/>
    <w:rsid w:val="11530B26"/>
    <w:rsid w:val="12671EB6"/>
    <w:rsid w:val="12AD11DC"/>
    <w:rsid w:val="141878B8"/>
    <w:rsid w:val="14E0422C"/>
    <w:rsid w:val="17B42779"/>
    <w:rsid w:val="180E491D"/>
    <w:rsid w:val="187BA479"/>
    <w:rsid w:val="1AFDF6EE"/>
    <w:rsid w:val="1D16B2CB"/>
    <w:rsid w:val="1D5C60BE"/>
    <w:rsid w:val="1E36E120"/>
    <w:rsid w:val="1FDBC75E"/>
    <w:rsid w:val="23C30D67"/>
    <w:rsid w:val="24AB908B"/>
    <w:rsid w:val="24AC8572"/>
    <w:rsid w:val="25CECD00"/>
    <w:rsid w:val="25DDC0A3"/>
    <w:rsid w:val="27A7BE73"/>
    <w:rsid w:val="28253889"/>
    <w:rsid w:val="286D7CDA"/>
    <w:rsid w:val="2C7B5C78"/>
    <w:rsid w:val="2CB546C1"/>
    <w:rsid w:val="2CCEA77B"/>
    <w:rsid w:val="2CFA1B7D"/>
    <w:rsid w:val="2DF3AE09"/>
    <w:rsid w:val="30E203A6"/>
    <w:rsid w:val="32CBBD5E"/>
    <w:rsid w:val="32FCD1BE"/>
    <w:rsid w:val="34E0E93C"/>
    <w:rsid w:val="363EC815"/>
    <w:rsid w:val="376F7723"/>
    <w:rsid w:val="3788CD34"/>
    <w:rsid w:val="37EC56C0"/>
    <w:rsid w:val="380F1501"/>
    <w:rsid w:val="3BD7B5DF"/>
    <w:rsid w:val="3C033F6A"/>
    <w:rsid w:val="3C41BD65"/>
    <w:rsid w:val="3DC809CB"/>
    <w:rsid w:val="3E8F9AB7"/>
    <w:rsid w:val="3E940F33"/>
    <w:rsid w:val="3FA5F2E1"/>
    <w:rsid w:val="40097FEA"/>
    <w:rsid w:val="407546F2"/>
    <w:rsid w:val="415F4A53"/>
    <w:rsid w:val="420EF97D"/>
    <w:rsid w:val="438442E5"/>
    <w:rsid w:val="43F0FF49"/>
    <w:rsid w:val="4476EB4A"/>
    <w:rsid w:val="44EA8F02"/>
    <w:rsid w:val="460DA0E1"/>
    <w:rsid w:val="46335D87"/>
    <w:rsid w:val="48EC975B"/>
    <w:rsid w:val="49FB2458"/>
    <w:rsid w:val="4A56B793"/>
    <w:rsid w:val="4B089449"/>
    <w:rsid w:val="4DE8625D"/>
    <w:rsid w:val="4FA9D23B"/>
    <w:rsid w:val="5094C015"/>
    <w:rsid w:val="5122EA27"/>
    <w:rsid w:val="52BF3A19"/>
    <w:rsid w:val="53AE6912"/>
    <w:rsid w:val="5586DB99"/>
    <w:rsid w:val="574B7D3D"/>
    <w:rsid w:val="57CB7053"/>
    <w:rsid w:val="5A4D4D62"/>
    <w:rsid w:val="5C8B29C9"/>
    <w:rsid w:val="5D0A8D18"/>
    <w:rsid w:val="5DF9A4E6"/>
    <w:rsid w:val="5E72A273"/>
    <w:rsid w:val="5EDBAA49"/>
    <w:rsid w:val="62B66851"/>
    <w:rsid w:val="62F7796C"/>
    <w:rsid w:val="63173CD9"/>
    <w:rsid w:val="644FFF6B"/>
    <w:rsid w:val="64F9D5AA"/>
    <w:rsid w:val="666B0220"/>
    <w:rsid w:val="67D7D923"/>
    <w:rsid w:val="686616C3"/>
    <w:rsid w:val="68C95EC2"/>
    <w:rsid w:val="69EFAD57"/>
    <w:rsid w:val="69FD3EC7"/>
    <w:rsid w:val="6B67CBBD"/>
    <w:rsid w:val="6BBA2B5C"/>
    <w:rsid w:val="6BEA2FAF"/>
    <w:rsid w:val="6C51DF7C"/>
    <w:rsid w:val="7199BB31"/>
    <w:rsid w:val="71F74A43"/>
    <w:rsid w:val="72208783"/>
    <w:rsid w:val="72E9FA3C"/>
    <w:rsid w:val="73CA71F9"/>
    <w:rsid w:val="74E91D7C"/>
    <w:rsid w:val="768A3BC0"/>
    <w:rsid w:val="76EEA188"/>
    <w:rsid w:val="770F865F"/>
    <w:rsid w:val="7717465F"/>
    <w:rsid w:val="78180155"/>
    <w:rsid w:val="7893AF60"/>
    <w:rsid w:val="79EB9B67"/>
    <w:rsid w:val="7BD16982"/>
    <w:rsid w:val="7CCBD974"/>
    <w:rsid w:val="7F63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  <w15:docId w15:val="{3C0B17B0-238E-48CE-AD7C-82F158AC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663"/>
    <w:pPr>
      <w:spacing w:after="240" w:line="360" w:lineRule="auto"/>
    </w:pPr>
    <w:rPr>
      <w:rFonts w:ascii="Segoe UI" w:hAnsi="Segoe U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D64E3"/>
    <w:pPr>
      <w:keepNext/>
      <w:keepLines/>
      <w:pBdr>
        <w:bottom w:val="single" w:sz="18" w:space="1" w:color="auto"/>
      </w:pBdr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44663"/>
    <w:pPr>
      <w:keepNext/>
      <w:keepLines/>
      <w:spacing w:before="360"/>
      <w:ind w:left="360" w:hanging="36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58AB"/>
    <w:pPr>
      <w:keepNext/>
      <w:keepLines/>
      <w:spacing w:before="200" w:after="0"/>
      <w:outlineLvl w:val="2"/>
    </w:pPr>
    <w:rPr>
      <w:rFonts w:ascii="Segoe UI Semibold" w:eastAsiaTheme="majorEastAsia" w:hAnsi="Segoe UI Semibold" w:cstheme="majorBidi"/>
      <w:bCs/>
      <w:color w:val="1A1D4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D64E3"/>
    <w:rPr>
      <w:rFonts w:ascii="Segoe UI" w:eastAsiaTheme="majorEastAsia" w:hAnsi="Segoe UI" w:cstheme="majorBidi"/>
      <w:b/>
      <w:bCs/>
      <w:color w:val="000000" w:themeColor="text1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44663"/>
    <w:rPr>
      <w:rFonts w:ascii="Segoe UI" w:eastAsiaTheme="majorEastAsia" w:hAnsi="Segoe UI" w:cstheme="majorBidi"/>
      <w:b/>
      <w:bCs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D58AB"/>
    <w:rPr>
      <w:rFonts w:ascii="Segoe UI Semibold" w:eastAsiaTheme="majorEastAsia" w:hAnsi="Segoe UI Semibold" w:cstheme="majorBidi"/>
      <w:bCs/>
      <w:color w:val="1A1D4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ca4d47-e929-4b0c-9528-073a9d2993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E4B71B1FBDD4F94D055E652B05961" ma:contentTypeVersion="11" ma:contentTypeDescription="Create a new document." ma:contentTypeScope="" ma:versionID="b3d92e5aa21183e198698362ada16486">
  <xsd:schema xmlns:xsd="http://www.w3.org/2001/XMLSchema" xmlns:xs="http://www.w3.org/2001/XMLSchema" xmlns:p="http://schemas.microsoft.com/office/2006/metadata/properties" xmlns:ns3="c8ca4d47-e929-4b0c-9528-073a9d29931a" targetNamespace="http://schemas.microsoft.com/office/2006/metadata/properties" ma:root="true" ma:fieldsID="6599a80949c998e438dad38a06df4b9e" ns3:_="">
    <xsd:import namespace="c8ca4d47-e929-4b0c-9528-073a9d29931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4d47-e929-4b0c-9528-073a9d29931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29A614-A7BB-434F-B234-5C6682C8938D}">
  <ds:schemaRefs>
    <ds:schemaRef ds:uri="http://schemas.microsoft.com/office/2006/metadata/properties"/>
    <ds:schemaRef ds:uri="http://schemas.microsoft.com/office/infopath/2007/PartnerControls"/>
    <ds:schemaRef ds:uri="c8ca4d47-e929-4b0c-9528-073a9d29931a"/>
  </ds:schemaRefs>
</ds:datastoreItem>
</file>

<file path=customXml/itemProps2.xml><?xml version="1.0" encoding="utf-8"?>
<ds:datastoreItem xmlns:ds="http://schemas.openxmlformats.org/officeDocument/2006/customXml" ds:itemID="{8FA29493-0442-49BC-AA13-E59C55C504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B0852B-A5AB-4E51-AAA1-29809D8B0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4d47-e929-4b0c-9528-073a9d299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465</Words>
  <Characters>2508</Characters>
  <Application>Microsoft Office Word</Application>
  <DocSecurity>0</DocSecurity>
  <Lines>64</Lines>
  <Paragraphs>52</Paragraphs>
  <ScaleCrop>false</ScaleCrop>
  <Manager/>
  <Company/>
  <LinksUpToDate>false</LinksUpToDate>
  <CharactersWithSpaces>2921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Mary Herrington</cp:lastModifiedBy>
  <cp:revision>19</cp:revision>
  <dcterms:created xsi:type="dcterms:W3CDTF">2026-08-14T19:02:00Z</dcterms:created>
  <dcterms:modified xsi:type="dcterms:W3CDTF">2026-08-14T19:57:00Z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0x010100C59E4B71B1FBDD4F94D055E652B05961</vt:lpwstr>
  </property>
</Properties>
</file>